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E2A1C" w14:textId="77777777" w:rsidR="00E270D6" w:rsidRPr="00213DBC" w:rsidRDefault="0036364B">
      <w:pPr>
        <w:jc w:val="right"/>
        <w:rPr>
          <w:lang w:val="pl-PL"/>
        </w:rPr>
      </w:pPr>
      <w:r w:rsidRPr="00213DBC">
        <w:rPr>
          <w:lang w:val="pl-PL"/>
        </w:rPr>
        <w:t>..........................................................</w:t>
      </w:r>
      <w:r w:rsidRPr="00213DBC">
        <w:rPr>
          <w:lang w:val="pl-PL"/>
        </w:rPr>
        <w:br/>
        <w:t>(pieczęć Wykonawcy)</w:t>
      </w:r>
    </w:p>
    <w:p w14:paraId="68026CBB" w14:textId="77777777" w:rsidR="00E270D6" w:rsidRPr="00213DBC" w:rsidRDefault="0036364B">
      <w:pPr>
        <w:pStyle w:val="Nagwek1"/>
        <w:jc w:val="center"/>
        <w:rPr>
          <w:color w:val="auto"/>
          <w:lang w:val="pl-PL"/>
        </w:rPr>
      </w:pPr>
      <w:r w:rsidRPr="00213DBC">
        <w:rPr>
          <w:color w:val="auto"/>
          <w:lang w:val="pl-PL"/>
        </w:rPr>
        <w:t>OFERTA</w:t>
      </w:r>
    </w:p>
    <w:p w14:paraId="401225D0" w14:textId="77777777" w:rsidR="00E270D6" w:rsidRPr="00213DBC" w:rsidRDefault="0036364B">
      <w:pPr>
        <w:rPr>
          <w:lang w:val="pl-PL"/>
        </w:rPr>
      </w:pPr>
      <w:r w:rsidRPr="00213DBC">
        <w:rPr>
          <w:lang w:val="pl-PL"/>
        </w:rPr>
        <w:t>My/Ja, niżej podpisani:</w:t>
      </w:r>
      <w:r w:rsidRPr="00213DBC">
        <w:rPr>
          <w:lang w:val="pl-PL"/>
        </w:rPr>
        <w:br/>
      </w:r>
      <w:r w:rsidRPr="00213DBC">
        <w:rPr>
          <w:lang w:val="pl-PL"/>
        </w:rPr>
        <w:br/>
        <w:t>.......................................................................................................................</w:t>
      </w:r>
      <w:r w:rsidRPr="00213DBC">
        <w:rPr>
          <w:lang w:val="pl-PL"/>
        </w:rPr>
        <w:br/>
      </w:r>
      <w:r w:rsidRPr="00213DBC">
        <w:rPr>
          <w:lang w:val="pl-PL"/>
        </w:rPr>
        <w:br/>
        <w:t>działając w imieniu i na rzecz:</w:t>
      </w:r>
      <w:r w:rsidRPr="00213DBC">
        <w:rPr>
          <w:lang w:val="pl-PL"/>
        </w:rPr>
        <w:br/>
      </w:r>
      <w:r w:rsidRPr="00213DBC">
        <w:rPr>
          <w:lang w:val="pl-PL"/>
        </w:rPr>
        <w:br/>
        <w:t>.......................................................................................................................</w:t>
      </w:r>
    </w:p>
    <w:p w14:paraId="7E340ADB" w14:textId="44B3CFCF" w:rsidR="00E270D6" w:rsidRPr="004C6337" w:rsidRDefault="0036364B">
      <w:pPr>
        <w:rPr>
          <w:lang w:val="pl-PL"/>
        </w:rPr>
      </w:pPr>
      <w:r w:rsidRPr="00213DBC">
        <w:rPr>
          <w:lang w:val="pl-PL"/>
        </w:rPr>
        <w:t>W odpowiedzi na Zapytanie ofertowe dotyczące realizacji usługi pn. „MARATON ZUMBA FITNESS 2026” – kompleksowa organizacja wydarzenia sportowo-rekreacyjnego, oferujemy wykonanie przedmiotu zamówienia za następującą cenę:</w:t>
      </w:r>
    </w:p>
    <w:p w14:paraId="2D917855" w14:textId="77777777" w:rsidR="00E270D6" w:rsidRPr="004C6337" w:rsidRDefault="0036364B">
      <w:pPr>
        <w:rPr>
          <w:lang w:val="pl-PL"/>
        </w:rPr>
      </w:pPr>
      <w:r w:rsidRPr="004C6337">
        <w:rPr>
          <w:lang w:val="pl-PL"/>
        </w:rPr>
        <w:t>a) wartość netto zamówienia: ............................................... zł</w:t>
      </w:r>
    </w:p>
    <w:p w14:paraId="40C229A0" w14:textId="77777777" w:rsidR="00E270D6" w:rsidRPr="004C6337" w:rsidRDefault="0036364B">
      <w:pPr>
        <w:rPr>
          <w:lang w:val="pl-PL"/>
        </w:rPr>
      </w:pPr>
      <w:r w:rsidRPr="004C6337">
        <w:rPr>
          <w:lang w:val="pl-PL"/>
        </w:rPr>
        <w:t>(słownie: ............................................................................................)</w:t>
      </w:r>
    </w:p>
    <w:p w14:paraId="73C3A34F" w14:textId="77777777" w:rsidR="00E270D6" w:rsidRPr="004C6337" w:rsidRDefault="0036364B">
      <w:pPr>
        <w:rPr>
          <w:lang w:val="pl-PL"/>
        </w:rPr>
      </w:pPr>
      <w:r w:rsidRPr="004C6337">
        <w:rPr>
          <w:lang w:val="pl-PL"/>
        </w:rPr>
        <w:t>b) stawka podatku VAT: ............ %</w:t>
      </w:r>
    </w:p>
    <w:p w14:paraId="335CF2C7" w14:textId="77777777" w:rsidR="00E270D6" w:rsidRPr="004C6337" w:rsidRDefault="0036364B">
      <w:pPr>
        <w:rPr>
          <w:lang w:val="pl-PL"/>
        </w:rPr>
      </w:pPr>
      <w:r w:rsidRPr="004C6337">
        <w:rPr>
          <w:lang w:val="pl-PL"/>
        </w:rPr>
        <w:t>c) wartość brutto zamówienia: ............................................ zł</w:t>
      </w:r>
    </w:p>
    <w:p w14:paraId="0FDA977C" w14:textId="77777777" w:rsidR="00E270D6" w:rsidRPr="004C6337" w:rsidRDefault="0036364B">
      <w:pPr>
        <w:rPr>
          <w:lang w:val="pl-PL"/>
        </w:rPr>
      </w:pPr>
      <w:r w:rsidRPr="004C6337">
        <w:rPr>
          <w:lang w:val="pl-PL"/>
        </w:rPr>
        <w:t>(słownie: ............................................................................................)</w:t>
      </w:r>
    </w:p>
    <w:p w14:paraId="4FF225B2" w14:textId="6A8EA1FB" w:rsidR="00E270D6" w:rsidRPr="00213DBC" w:rsidRDefault="0036364B">
      <w:pPr>
        <w:rPr>
          <w:lang w:val="pl-PL"/>
        </w:rPr>
      </w:pPr>
      <w:r w:rsidRPr="00213DBC">
        <w:rPr>
          <w:lang w:val="pl-PL"/>
        </w:rPr>
        <w:t xml:space="preserve">2. Uważamy się za związanych niniejszą ofertą przez </w:t>
      </w:r>
      <w:r w:rsidR="006C5C2B">
        <w:rPr>
          <w:lang w:val="pl-PL"/>
        </w:rPr>
        <w:t>10</w:t>
      </w:r>
      <w:r w:rsidRPr="00213DBC">
        <w:rPr>
          <w:lang w:val="pl-PL"/>
        </w:rPr>
        <w:t xml:space="preserve"> dni od upływu terminu składania ofert.</w:t>
      </w:r>
    </w:p>
    <w:p w14:paraId="179CF99B" w14:textId="77777777" w:rsidR="00E270D6" w:rsidRPr="00213DBC" w:rsidRDefault="0036364B">
      <w:pPr>
        <w:rPr>
          <w:lang w:val="pl-PL"/>
        </w:rPr>
      </w:pPr>
      <w:r w:rsidRPr="00213DBC">
        <w:rPr>
          <w:lang w:val="pl-PL"/>
        </w:rPr>
        <w:t>3. W przypadku wyboru naszej oferty zobowiązujemy się do podpisania umowy w terminie wskazanym przez Zamawiającego.</w:t>
      </w:r>
    </w:p>
    <w:p w14:paraId="7C205DE9" w14:textId="77777777" w:rsidR="00E270D6" w:rsidRPr="00213DBC" w:rsidRDefault="0036364B">
      <w:pPr>
        <w:rPr>
          <w:lang w:val="pl-PL"/>
        </w:rPr>
      </w:pPr>
      <w:r w:rsidRPr="00213DBC">
        <w:rPr>
          <w:lang w:val="pl-PL"/>
        </w:rPr>
        <w:t>4. Osoba uprawniona do kontaktu z Zamawiającym:</w:t>
      </w:r>
    </w:p>
    <w:p w14:paraId="00BFB31A" w14:textId="77777777" w:rsidR="00E270D6" w:rsidRPr="00213DBC" w:rsidRDefault="0036364B">
      <w:pPr>
        <w:rPr>
          <w:lang w:val="pl-PL"/>
        </w:rPr>
      </w:pPr>
      <w:r w:rsidRPr="00213DBC">
        <w:rPr>
          <w:lang w:val="pl-PL"/>
        </w:rPr>
        <w:br/>
      </w:r>
      <w:r w:rsidRPr="00213DBC">
        <w:rPr>
          <w:lang w:val="pl-PL"/>
        </w:rPr>
        <w:t>Imię i nazwisko: ........................................................</w:t>
      </w:r>
    </w:p>
    <w:p w14:paraId="55469EDF" w14:textId="77777777" w:rsidR="00E270D6" w:rsidRPr="00213DBC" w:rsidRDefault="0036364B">
      <w:pPr>
        <w:rPr>
          <w:lang w:val="pl-PL"/>
        </w:rPr>
      </w:pPr>
      <w:r w:rsidRPr="00213DBC">
        <w:rPr>
          <w:lang w:val="pl-PL"/>
        </w:rPr>
        <w:t>Telefon: ....................................................................</w:t>
      </w:r>
    </w:p>
    <w:p w14:paraId="1149B439" w14:textId="77777777" w:rsidR="00E270D6" w:rsidRPr="00213DBC" w:rsidRDefault="0036364B">
      <w:pPr>
        <w:rPr>
          <w:lang w:val="pl-PL"/>
        </w:rPr>
      </w:pPr>
      <w:r w:rsidRPr="00213DBC">
        <w:rPr>
          <w:lang w:val="pl-PL"/>
        </w:rPr>
        <w:t>E-mail: .......................................................................</w:t>
      </w:r>
    </w:p>
    <w:p w14:paraId="608E2495" w14:textId="482847BC" w:rsidR="00E270D6" w:rsidRPr="00213DBC" w:rsidRDefault="0036364B">
      <w:pPr>
        <w:rPr>
          <w:lang w:val="pl-PL"/>
        </w:rPr>
      </w:pPr>
      <w:r w:rsidRPr="00213DBC">
        <w:rPr>
          <w:lang w:val="pl-PL"/>
        </w:rPr>
        <w:br/>
        <w:t>............</w:t>
      </w:r>
      <w:r w:rsidR="004C6337">
        <w:rPr>
          <w:lang w:val="pl-PL"/>
        </w:rPr>
        <w:t>....</w:t>
      </w:r>
      <w:r w:rsidRPr="00213DBC">
        <w:rPr>
          <w:lang w:val="pl-PL"/>
        </w:rPr>
        <w:t>............., dnia .....................</w:t>
      </w:r>
      <w:r w:rsidR="004C6337">
        <w:rPr>
          <w:lang w:val="pl-PL"/>
        </w:rPr>
        <w:t>.....</w:t>
      </w:r>
      <w:r w:rsidRPr="00213DBC">
        <w:rPr>
          <w:lang w:val="pl-PL"/>
        </w:rPr>
        <w:br/>
      </w:r>
      <w:r w:rsidR="004C6337">
        <w:rPr>
          <w:lang w:val="pl-PL"/>
        </w:rPr>
        <w:t xml:space="preserve">                                                                                   </w:t>
      </w:r>
      <w:r w:rsidRPr="00213DBC">
        <w:rPr>
          <w:lang w:val="pl-PL"/>
        </w:rPr>
        <w:t>.................................................................................</w:t>
      </w:r>
    </w:p>
    <w:p w14:paraId="481E547A" w14:textId="0CAD4276" w:rsidR="00E270D6" w:rsidRPr="00213DBC" w:rsidRDefault="004C6337">
      <w:pPr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</w:t>
      </w:r>
      <w:r w:rsidRPr="00213DBC">
        <w:rPr>
          <w:lang w:val="pl-PL"/>
        </w:rPr>
        <w:t>podpis Wykonawcy lub osoby upoważnionej</w:t>
      </w:r>
    </w:p>
    <w:sectPr w:rsidR="00E270D6" w:rsidRPr="00213DBC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9F626" w14:textId="77777777" w:rsidR="0036364B" w:rsidRDefault="0036364B" w:rsidP="00AB250C">
      <w:pPr>
        <w:spacing w:after="0" w:line="240" w:lineRule="auto"/>
      </w:pPr>
      <w:r>
        <w:separator/>
      </w:r>
    </w:p>
  </w:endnote>
  <w:endnote w:type="continuationSeparator" w:id="0">
    <w:p w14:paraId="53138AA0" w14:textId="77777777" w:rsidR="0036364B" w:rsidRDefault="0036364B" w:rsidP="00AB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DE30" w14:textId="77777777" w:rsidR="00AB250C" w:rsidRDefault="00AB25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482705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73A51E" w14:textId="48261FA6" w:rsidR="00AB250C" w:rsidRDefault="00AB250C">
            <w:pPr>
              <w:pStyle w:val="Stopka"/>
              <w:jc w:val="center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51E3FD3" w14:textId="77777777" w:rsidR="00AB250C" w:rsidRDefault="00AB250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1E3FA" w14:textId="77777777" w:rsidR="00AB250C" w:rsidRDefault="00AB25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6A07B" w14:textId="77777777" w:rsidR="0036364B" w:rsidRDefault="0036364B" w:rsidP="00AB250C">
      <w:pPr>
        <w:spacing w:after="0" w:line="240" w:lineRule="auto"/>
      </w:pPr>
      <w:r>
        <w:separator/>
      </w:r>
    </w:p>
  </w:footnote>
  <w:footnote w:type="continuationSeparator" w:id="0">
    <w:p w14:paraId="5AF55738" w14:textId="77777777" w:rsidR="0036364B" w:rsidRDefault="0036364B" w:rsidP="00AB2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B0FEC" w14:textId="77777777" w:rsidR="00AB250C" w:rsidRDefault="00AB25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3749F" w14:textId="77777777" w:rsidR="00AB250C" w:rsidRDefault="00AB25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F0BF6" w14:textId="77777777" w:rsidR="00AB250C" w:rsidRDefault="00AB25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0606156">
    <w:abstractNumId w:val="8"/>
  </w:num>
  <w:num w:numId="2" w16cid:durableId="225065687">
    <w:abstractNumId w:val="6"/>
  </w:num>
  <w:num w:numId="3" w16cid:durableId="1243952664">
    <w:abstractNumId w:val="5"/>
  </w:num>
  <w:num w:numId="4" w16cid:durableId="1915627170">
    <w:abstractNumId w:val="4"/>
  </w:num>
  <w:num w:numId="5" w16cid:durableId="1822693452">
    <w:abstractNumId w:val="7"/>
  </w:num>
  <w:num w:numId="6" w16cid:durableId="763064526">
    <w:abstractNumId w:val="3"/>
  </w:num>
  <w:num w:numId="7" w16cid:durableId="852836316">
    <w:abstractNumId w:val="2"/>
  </w:num>
  <w:num w:numId="8" w16cid:durableId="1306089041">
    <w:abstractNumId w:val="1"/>
  </w:num>
  <w:num w:numId="9" w16cid:durableId="1037120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8209C"/>
    <w:rsid w:val="0015074B"/>
    <w:rsid w:val="001E65BA"/>
    <w:rsid w:val="00213DBC"/>
    <w:rsid w:val="00254C9D"/>
    <w:rsid w:val="0029639D"/>
    <w:rsid w:val="002D6954"/>
    <w:rsid w:val="00326F90"/>
    <w:rsid w:val="003469F6"/>
    <w:rsid w:val="0036364B"/>
    <w:rsid w:val="004C6337"/>
    <w:rsid w:val="006C5C2B"/>
    <w:rsid w:val="00AA1D8D"/>
    <w:rsid w:val="00AB250C"/>
    <w:rsid w:val="00B47730"/>
    <w:rsid w:val="00CB0664"/>
    <w:rsid w:val="00CD7362"/>
    <w:rsid w:val="00E270D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C2BE50"/>
  <w14:defaultImageDpi w14:val="300"/>
  <w15:docId w15:val="{3DB147FD-BB37-4F00-A4B9-56755CE2D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Kozieł</cp:lastModifiedBy>
  <cp:revision>6</cp:revision>
  <dcterms:created xsi:type="dcterms:W3CDTF">2013-12-23T23:15:00Z</dcterms:created>
  <dcterms:modified xsi:type="dcterms:W3CDTF">2026-07-15T06:33:00Z</dcterms:modified>
  <cp:category/>
</cp:coreProperties>
</file>